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A91C22"/>
          <w:sz w:val="40"/>
        </w:rPr>
        <w:t>ШВЕЙНАЯ ФАБРИКА HAZAR</w:t>
      </w:r>
    </w:p>
    <w:p>
      <w:pPr>
        <w:jc w:val="center"/>
      </w:pPr>
      <w:r>
        <w:rPr>
          <w:b/>
          <w:sz w:val="28"/>
        </w:rPr>
        <w:t>Шаблон технического задания на пошив</w:t>
      </w:r>
    </w:p>
    <w:p>
      <w:pPr>
        <w:jc w:val="center"/>
      </w:pPr>
      <w:r>
        <w:rPr>
          <w:color w:val="7D6A58"/>
          <w:sz w:val="21"/>
        </w:rPr>
        <w:t>Краснодар · WhatsApp/Telegram: +7 962 873-10-00</w:t>
      </w:r>
    </w:p>
    <w:p>
      <w:pPr>
        <w:spacing w:after="200"/>
      </w:pPr>
      <w:r>
        <w:rPr>
          <w:b w:val="0"/>
          <w:i/>
          <w:color w:val="7D6A58"/>
          <w:sz w:val="21"/>
        </w:rPr>
        <w:t>Заполните прямо в этом файле: отметьте нужное галочкой (замените ☐ на ☑ или поставьте любой знак) и впишите ответы в строки. Готовый файл пришлите нам в WhatsApp или Telegram — посчитаем и ответим в тот же день.</w:t>
      </w:r>
    </w:p>
    <w:p>
      <w:pPr>
        <w:spacing w:before="280" w:after="120"/>
      </w:pPr>
      <w:r>
        <w:rPr>
          <w:b/>
          <w:color w:val="A91C22"/>
          <w:sz w:val="26"/>
        </w:rPr>
        <w:t xml:space="preserve">01  </w:t>
      </w:r>
      <w:r>
        <w:rPr>
          <w:b/>
          <w:color w:val="241209"/>
          <w:sz w:val="26"/>
        </w:rPr>
        <w:t>Что шьём</w:t>
      </w:r>
    </w:p>
    <w:p>
      <w:pPr>
        <w:spacing w:after="60"/>
        <w:ind w:left="340"/>
      </w:pPr>
      <w:r>
        <w:rPr>
          <w:sz w:val="24"/>
        </w:rPr>
        <w:t>☐  Рубашка</w:t>
      </w:r>
    </w:p>
    <w:p>
      <w:pPr>
        <w:spacing w:after="60"/>
        <w:ind w:left="340"/>
      </w:pPr>
      <w:r>
        <w:rPr>
          <w:sz w:val="24"/>
        </w:rPr>
        <w:t>☐  Жилет</w:t>
      </w:r>
    </w:p>
    <w:p>
      <w:pPr>
        <w:spacing w:after="60"/>
        <w:ind w:left="340"/>
      </w:pPr>
      <w:r>
        <w:rPr>
          <w:sz w:val="24"/>
        </w:rPr>
        <w:t>☐  Бомбер</w:t>
      </w:r>
    </w:p>
    <w:p>
      <w:pPr>
        <w:spacing w:after="60"/>
        <w:ind w:left="340"/>
      </w:pPr>
      <w:r>
        <w:rPr>
          <w:sz w:val="24"/>
        </w:rPr>
        <w:t>☐  Спортивные брюки</w:t>
      </w:r>
    </w:p>
    <w:p>
      <w:pPr>
        <w:spacing w:after="60"/>
        <w:ind w:left="340"/>
      </w:pPr>
      <w:r>
        <w:rPr>
          <w:sz w:val="24"/>
        </w:rPr>
        <w:t>☐  Лонгслив</w:t>
      </w:r>
    </w:p>
    <w:p>
      <w:pPr>
        <w:spacing w:after="60"/>
        <w:ind w:left="340"/>
      </w:pPr>
      <w:r>
        <w:rPr>
          <w:sz w:val="24"/>
        </w:rPr>
        <w:t>☐  Футболка/худи</w:t>
      </w:r>
    </w:p>
    <w:p>
      <w:pPr>
        <w:spacing w:after="60"/>
        <w:ind w:left="340"/>
      </w:pPr>
      <w:r>
        <w:rPr>
          <w:sz w:val="24"/>
        </w:rPr>
        <w:t>☐  Корпоративный мерч</w:t>
      </w:r>
    </w:p>
    <w:p>
      <w:pPr>
        <w:spacing w:after="60"/>
        <w:ind w:left="340"/>
      </w:pPr>
      <w:r>
        <w:rPr>
          <w:sz w:val="24"/>
        </w:rPr>
        <w:t>☐  Детский трикотаж</w:t>
      </w:r>
    </w:p>
    <w:p>
      <w:pPr>
        <w:spacing w:after="60"/>
        <w:ind w:left="340"/>
      </w:pPr>
      <w:r>
        <w:rPr>
          <w:sz w:val="24"/>
        </w:rPr>
        <w:t>☐  Пижама</w:t>
      </w:r>
    </w:p>
    <w:p>
      <w:pPr>
        <w:spacing w:after="60"/>
        <w:ind w:left="340"/>
      </w:pPr>
      <w:r>
        <w:rPr>
          <w:sz w:val="24"/>
        </w:rPr>
        <w:t>☐  Костюм/комплект</w:t>
      </w:r>
    </w:p>
    <w:p>
      <w:pPr>
        <w:spacing w:after="60"/>
        <w:ind w:left="340"/>
      </w:pPr>
      <w:r>
        <w:rPr>
          <w:sz w:val="24"/>
        </w:rPr>
        <w:t>☐  Школьная форма</w:t>
      </w:r>
    </w:p>
    <w:p>
      <w:pPr>
        <w:spacing w:after="60"/>
        <w:ind w:left="340"/>
      </w:pPr>
      <w:r>
        <w:rPr>
          <w:sz w:val="24"/>
        </w:rPr>
        <w:t>☐  Костюмная группа</w:t>
      </w:r>
    </w:p>
    <w:p>
      <w:pPr>
        <w:spacing w:after="60"/>
        <w:ind w:left="340"/>
      </w:pPr>
      <w:r>
        <w:rPr>
          <w:sz w:val="24"/>
        </w:rPr>
        <w:t>☐  Платье</w:t>
      </w:r>
    </w:p>
    <w:p>
      <w:pPr>
        <w:spacing w:after="60"/>
        <w:ind w:left="340"/>
      </w:pPr>
      <w:r>
        <w:rPr>
          <w:sz w:val="24"/>
        </w:rPr>
        <w:t xml:space="preserve">☐  Другое: </w:t>
      </w:r>
      <w:r>
        <w:rPr>
          <w:color w:val="7D6A58"/>
          <w:sz w:val="24"/>
        </w:rPr>
        <w:t>____________________________________________</w:t>
      </w:r>
    </w:p>
    <w:p>
      <w:pPr>
        <w:spacing w:before="280" w:after="120"/>
      </w:pPr>
      <w:r>
        <w:rPr>
          <w:b/>
          <w:color w:val="A91C22"/>
          <w:sz w:val="26"/>
        </w:rPr>
        <w:t xml:space="preserve">02  </w:t>
      </w:r>
      <w:r>
        <w:rPr>
          <w:b/>
          <w:color w:val="241209"/>
          <w:sz w:val="26"/>
        </w:rPr>
        <w:t>Тираж</w:t>
      </w:r>
    </w:p>
    <w:p>
      <w:pPr>
        <w:spacing w:after="120"/>
      </w:pPr>
      <w:r>
        <w:rPr>
          <w:b w:val="0"/>
          <w:i/>
          <w:color w:val="7D6A58"/>
          <w:sz w:val="20"/>
        </w:rPr>
        <w:t>Сколько единиц на модель</w:t>
      </w:r>
    </w:p>
    <w:p>
      <w:pPr>
        <w:spacing w:before="80" w:after="160"/>
      </w:pPr>
      <w:r>
        <w:rPr>
          <w:color w:val="7D6A58"/>
        </w:rPr>
        <w:t>________________________________________________________________________</w:t>
      </w:r>
    </w:p>
    <w:p>
      <w:pPr>
        <w:spacing w:before="280" w:after="120"/>
      </w:pPr>
      <w:r>
        <w:rPr>
          <w:b/>
          <w:color w:val="A91C22"/>
          <w:sz w:val="26"/>
        </w:rPr>
        <w:t xml:space="preserve">03  </w:t>
      </w:r>
      <w:r>
        <w:rPr>
          <w:b/>
          <w:color w:val="241209"/>
          <w:sz w:val="26"/>
        </w:rPr>
        <w:t>Размерный ряд</w:t>
      </w:r>
    </w:p>
    <w:p>
      <w:pPr>
        <w:spacing w:after="120"/>
      </w:pPr>
      <w:r>
        <w:rPr>
          <w:b w:val="0"/>
          <w:i/>
          <w:color w:val="7D6A58"/>
          <w:sz w:val="20"/>
        </w:rPr>
        <w:t>Какие размеры и цвета, и количество на каждый цвет и размер</w:t>
      </w:r>
    </w:p>
    <w:p>
      <w:pPr>
        <w:spacing w:before="80" w:after="160"/>
      </w:pPr>
      <w:r>
        <w:rPr>
          <w:color w:val="7D6A58"/>
        </w:rPr>
        <w:t>________________________________________________________________________</w:t>
      </w:r>
    </w:p>
    <w:p>
      <w:pPr>
        <w:spacing w:before="80" w:after="160"/>
      </w:pPr>
      <w:r>
        <w:rPr>
          <w:color w:val="7D6A58"/>
        </w:rPr>
        <w:t>________________________________________________________________________</w:t>
      </w:r>
    </w:p>
    <w:p>
      <w:pPr>
        <w:spacing w:before="280" w:after="120"/>
      </w:pPr>
      <w:r>
        <w:rPr>
          <w:b/>
          <w:color w:val="A91C22"/>
          <w:sz w:val="26"/>
        </w:rPr>
        <w:t xml:space="preserve">04  </w:t>
      </w:r>
      <w:r>
        <w:rPr>
          <w:b/>
          <w:color w:val="241209"/>
          <w:sz w:val="26"/>
        </w:rPr>
        <w:t>Лекала</w:t>
      </w:r>
    </w:p>
    <w:p>
      <w:pPr>
        <w:spacing w:after="60"/>
        <w:ind w:left="340"/>
      </w:pPr>
      <w:r>
        <w:rPr>
          <w:sz w:val="24"/>
        </w:rPr>
        <w:t>☐  Есть готовые лекала</w:t>
      </w:r>
    </w:p>
    <w:p>
      <w:pPr>
        <w:spacing w:after="60"/>
        <w:ind w:left="340"/>
      </w:pPr>
      <w:r>
        <w:rPr>
          <w:sz w:val="24"/>
        </w:rPr>
        <w:t>☐  Нужна разработка (по фото/эскизу)</w:t>
      </w:r>
    </w:p>
    <w:p>
      <w:pPr>
        <w:spacing w:before="280" w:after="120"/>
      </w:pPr>
      <w:r>
        <w:rPr>
          <w:b/>
          <w:color w:val="A91C22"/>
          <w:sz w:val="26"/>
        </w:rPr>
        <w:t xml:space="preserve">05  </w:t>
      </w:r>
      <w:r>
        <w:rPr>
          <w:b/>
          <w:color w:val="241209"/>
          <w:sz w:val="26"/>
        </w:rPr>
        <w:t>Ткань</w:t>
      </w:r>
    </w:p>
    <w:p>
      <w:pPr>
        <w:spacing w:after="60"/>
        <w:ind w:left="340"/>
      </w:pPr>
      <w:r>
        <w:rPr>
          <w:sz w:val="24"/>
        </w:rPr>
        <w:t>☐  Уже выбрана, есть образец</w:t>
      </w:r>
    </w:p>
    <w:p>
      <w:pPr>
        <w:spacing w:after="60"/>
        <w:ind w:left="340"/>
      </w:pPr>
      <w:r>
        <w:rPr>
          <w:sz w:val="24"/>
        </w:rPr>
        <w:t>☐  Нужна помощь с подбором</w:t>
      </w:r>
    </w:p>
    <w:p>
      <w:pPr>
        <w:spacing w:after="120"/>
      </w:pPr>
      <w:r>
        <w:rPr>
          <w:b w:val="0"/>
          <w:i/>
          <w:color w:val="7D6A58"/>
          <w:sz w:val="20"/>
        </w:rPr>
        <w:t>Пожелания по составу/бюджету</w:t>
      </w:r>
    </w:p>
    <w:p>
      <w:pPr>
        <w:spacing w:before="80" w:after="160"/>
      </w:pPr>
      <w:r>
        <w:rPr>
          <w:color w:val="7D6A58"/>
        </w:rPr>
        <w:t>________________________________________________________________________</w:t>
      </w:r>
    </w:p>
    <w:p>
      <w:pPr>
        <w:spacing w:before="280" w:after="120"/>
      </w:pPr>
      <w:r>
        <w:rPr>
          <w:b/>
          <w:color w:val="A91C22"/>
          <w:sz w:val="26"/>
        </w:rPr>
        <w:t xml:space="preserve">06  </w:t>
      </w:r>
      <w:r>
        <w:rPr>
          <w:b/>
          <w:color w:val="241209"/>
          <w:sz w:val="26"/>
        </w:rPr>
        <w:t>Маркировка</w:t>
      </w:r>
    </w:p>
    <w:p>
      <w:pPr>
        <w:spacing w:after="60"/>
        <w:ind w:left="340"/>
      </w:pPr>
      <w:r>
        <w:rPr>
          <w:sz w:val="24"/>
        </w:rPr>
        <w:t>☐  Нужен «Честный знак»</w:t>
      </w:r>
    </w:p>
    <w:p>
      <w:pPr>
        <w:spacing w:after="60"/>
        <w:ind w:left="340"/>
      </w:pPr>
      <w:r>
        <w:rPr>
          <w:sz w:val="24"/>
        </w:rPr>
        <w:t>☐  Не нужен</w:t>
      </w:r>
    </w:p>
    <w:p>
      <w:pPr>
        <w:spacing w:before="280" w:after="120"/>
      </w:pPr>
      <w:r>
        <w:rPr>
          <w:b/>
          <w:color w:val="A91C22"/>
          <w:sz w:val="26"/>
        </w:rPr>
        <w:t xml:space="preserve">07  </w:t>
      </w:r>
      <w:r>
        <w:rPr>
          <w:b/>
          <w:color w:val="241209"/>
          <w:sz w:val="26"/>
        </w:rPr>
        <w:t>Упаковка</w:t>
      </w:r>
    </w:p>
    <w:p>
      <w:pPr>
        <w:spacing w:after="120"/>
      </w:pPr>
      <w:r>
        <w:rPr>
          <w:b w:val="0"/>
          <w:i/>
          <w:color w:val="7D6A58"/>
          <w:sz w:val="20"/>
        </w:rPr>
        <w:t>Включая предпродажную — бирки, составы</w:t>
      </w:r>
    </w:p>
    <w:p>
      <w:pPr>
        <w:spacing w:after="60"/>
        <w:ind w:left="340"/>
      </w:pPr>
      <w:r>
        <w:rPr>
          <w:sz w:val="24"/>
        </w:rPr>
        <w:t>☐  Нужна, на ваших материалах</w:t>
      </w:r>
    </w:p>
    <w:p>
      <w:pPr>
        <w:spacing w:after="60"/>
        <w:ind w:left="340"/>
      </w:pPr>
      <w:r>
        <w:rPr>
          <w:sz w:val="24"/>
        </w:rPr>
        <w:t>☐  Нужна, на своих материалах — пришлём</w:t>
      </w:r>
    </w:p>
    <w:p>
      <w:pPr>
        <w:spacing w:after="60"/>
        <w:ind w:left="340"/>
      </w:pPr>
      <w:r>
        <w:rPr>
          <w:sz w:val="24"/>
        </w:rPr>
        <w:t>☐  Не нужна</w:t>
      </w:r>
    </w:p>
    <w:p>
      <w:pPr>
        <w:spacing w:before="280" w:after="120"/>
      </w:pPr>
      <w:r>
        <w:rPr>
          <w:b/>
          <w:color w:val="A91C22"/>
          <w:sz w:val="26"/>
        </w:rPr>
        <w:t xml:space="preserve">08  </w:t>
      </w:r>
      <w:r>
        <w:rPr>
          <w:b/>
          <w:color w:val="241209"/>
          <w:sz w:val="26"/>
        </w:rPr>
        <w:t>Отгрузка</w:t>
      </w:r>
    </w:p>
    <w:p>
      <w:pPr>
        <w:spacing w:after="60"/>
        <w:ind w:left="340"/>
      </w:pPr>
      <w:r>
        <w:rPr>
          <w:sz w:val="24"/>
        </w:rPr>
        <w:t>☐  FBO (на склад маркетплейса)</w:t>
      </w:r>
    </w:p>
    <w:p>
      <w:pPr>
        <w:spacing w:after="60"/>
        <w:ind w:left="340"/>
      </w:pPr>
      <w:r>
        <w:rPr>
          <w:sz w:val="24"/>
        </w:rPr>
        <w:t>☐  Фулфилмент FBS (храните и отправляете сами)</w:t>
      </w:r>
    </w:p>
    <w:p>
      <w:pPr>
        <w:spacing w:after="60"/>
        <w:ind w:left="340"/>
      </w:pPr>
      <w:r>
        <w:rPr>
          <w:sz w:val="24"/>
        </w:rPr>
        <w:t>☐  Самовывоз</w:t>
      </w:r>
    </w:p>
    <w:p>
      <w:pPr>
        <w:spacing w:before="280" w:after="120"/>
      </w:pPr>
      <w:r>
        <w:rPr>
          <w:b/>
          <w:color w:val="A91C22"/>
          <w:sz w:val="26"/>
        </w:rPr>
        <w:t xml:space="preserve">09  </w:t>
      </w:r>
      <w:r>
        <w:rPr>
          <w:b/>
          <w:color w:val="241209"/>
          <w:sz w:val="26"/>
        </w:rPr>
        <w:t>Желаемые сроки</w:t>
      </w:r>
    </w:p>
    <w:p>
      <w:pPr>
        <w:spacing w:before="80" w:after="160"/>
      </w:pPr>
      <w:r>
        <w:rPr>
          <w:color w:val="7D6A58"/>
        </w:rPr>
        <w:t>________________________________________________________________________</w:t>
      </w:r>
    </w:p>
    <w:p>
      <w:pPr>
        <w:spacing w:before="280" w:after="120"/>
      </w:pPr>
      <w:r>
        <w:rPr>
          <w:b/>
          <w:color w:val="A91C22"/>
          <w:sz w:val="26"/>
        </w:rPr>
        <w:t xml:space="preserve">10  </w:t>
      </w:r>
      <w:r>
        <w:rPr>
          <w:b/>
          <w:color w:val="241209"/>
          <w:sz w:val="26"/>
        </w:rPr>
        <w:t>Контакты</w:t>
      </w:r>
    </w:p>
    <w:p>
      <w:pPr>
        <w:spacing w:after="120"/>
      </w:pPr>
      <w:r>
        <w:rPr>
          <w:b w:val="0"/>
          <w:i/>
          <w:color w:val="7D6A58"/>
          <w:sz w:val="20"/>
        </w:rPr>
        <w:t>Имя, телефон или Telegram</w:t>
      </w:r>
    </w:p>
    <w:p>
      <w:pPr>
        <w:spacing w:before="80" w:after="160"/>
      </w:pPr>
      <w:r>
        <w:rPr>
          <w:color w:val="7D6A58"/>
        </w:rPr>
        <w:t>________________________________________________________________________</w:t>
      </w:r>
    </w:p>
    <w:p>
      <w:pPr>
        <w:spacing w:before="320"/>
      </w:pPr>
      <w:r>
        <w:rPr>
          <w:b/>
          <w:sz w:val="22"/>
        </w:rPr>
        <w:t>Что дальше: пришлите заполненный файл в WhatsApp или Telegram — посчитаем стоимость и сроки и ответим в течение дня.</w:t>
      </w:r>
    </w:p>
    <w:sectPr w:rsidR="00FC693F" w:rsidRPr="0006063C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41209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